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F6B00"/>
          <w:sz w:val="20"/>
        </w:rPr>
        <w:t>ADMS CLEARVIEW</w:t>
      </w:r>
    </w:p>
    <w:p>
      <w:pPr>
        <w:spacing w:after="60"/>
        <w:jc w:val="center"/>
      </w:pPr>
      <w:r>
        <w:rPr>
          <w:b/>
          <w:color w:val="11131A"/>
          <w:sz w:val="40"/>
        </w:rPr>
        <w:t>CUSTOMER REVIEW REQUEST TEMPLATES</w:t>
      </w:r>
    </w:p>
    <w:p>
      <w:pPr>
        <w:spacing w:after="200"/>
        <w:jc w:val="center"/>
      </w:pPr>
      <w:r>
        <w:rPr>
          <w:i/>
          <w:color w:val="5F5B55"/>
          <w:sz w:val="18"/>
        </w:rPr>
        <w:t>Ready-to-customize email and text-message wording for completed service work.</w:t>
      </w:r>
    </w:p>
    <w:p>
      <w:pPr>
        <w:spacing w:before="160" w:after="80"/>
      </w:pPr>
      <w:r>
        <w:rPr>
          <w:b/>
          <w:color w:val="FF6B00"/>
          <w:sz w:val="20"/>
        </w:rPr>
        <w:t>01 // SHORT TEXT MESSAGE</w:t>
      </w:r>
    </w:p>
    <w:p>
      <w:r>
        <w:t>Thank you for choosing [Company Name] for your recent service. If everything went well, would you share a brief review? [Review Link]</w:t>
      </w:r>
    </w:p>
    <w:p>
      <w:pPr>
        <w:spacing w:before="160" w:after="80"/>
      </w:pPr>
      <w:r>
        <w:rPr>
          <w:b/>
          <w:color w:val="FF6B00"/>
          <w:sz w:val="20"/>
        </w:rPr>
        <w:t>02 // DETAILED TEXT MESSAGE</w:t>
      </w:r>
    </w:p>
    <w:p>
      <w:r>
        <w:t>Hi [Customer First Name], this is [Name] from [Company Name]. Thank you for trusting us with [Service]. Your feedback helps our team improve and helps local customers know what to expect. You can leave a review here: [Review Link]</w:t>
      </w:r>
    </w:p>
    <w:p>
      <w:pPr>
        <w:spacing w:before="160" w:after="80"/>
      </w:pPr>
      <w:r>
        <w:rPr>
          <w:b/>
          <w:color w:val="FF6B00"/>
          <w:sz w:val="20"/>
        </w:rPr>
        <w:t>03 // EMAIL REQUEST</w:t>
      </w:r>
    </w:p>
    <w:p>
      <w:r>
        <w:rPr>
          <w:b/>
        </w:rPr>
        <w:t>Subject: How did we do on your recent service?</w:t>
      </w:r>
    </w:p>
    <w:p>
      <w:r>
        <w:t>Hello [Customer First Name],</w:t>
        <w:br/>
        <w:br/>
        <w:t>Thank you for choosing [Company Name] for [Service]. We work hard to provide clear communication, dependable service, and complete job information. If you have a moment, please share your experience using the link below.</w:t>
        <w:br/>
        <w:br/>
        <w:t>[Review Link]</w:t>
        <w:br/>
        <w:br/>
        <w:t>Thank you,</w:t>
        <w:br/>
        <w:t>[Name]</w:t>
        <w:br/>
        <w:t>[Company Name]</w:t>
      </w:r>
    </w:p>
    <w:p>
      <w:pPr>
        <w:spacing w:before="160" w:after="80"/>
      </w:pPr>
      <w:r>
        <w:rPr>
          <w:b/>
          <w:color w:val="FF6B00"/>
          <w:sz w:val="20"/>
        </w:rPr>
        <w:t>04 // PRIVATE FEEDBACK REQUEST</w:t>
      </w:r>
    </w:p>
    <w:p>
      <w:r>
        <w:t>If something did not meet your expectations, please reply directly or call [Phone Number] so we can review it with you.</w:t>
      </w:r>
    </w:p>
    <w:p>
      <w:pPr>
        <w:spacing w:before="160" w:after="80"/>
      </w:pPr>
      <w:r>
        <w:rPr>
          <w:b/>
          <w:color w:val="FF6B00"/>
          <w:sz w:val="20"/>
        </w:rPr>
        <w:t>05 // USE CHECKLIST</w:t>
      </w:r>
    </w:p>
    <w:p>
      <w:pPr>
        <w:spacing w:after="40"/>
        <w:ind w:left="72"/>
      </w:pPr>
      <w:r>
        <w:rPr>
          <w:sz w:val="19"/>
        </w:rPr>
        <w:t>☐ Send only after the job is complete</w:t>
      </w:r>
    </w:p>
    <w:p>
      <w:pPr>
        <w:spacing w:after="40"/>
        <w:ind w:left="72"/>
      </w:pPr>
      <w:r>
        <w:rPr>
          <w:sz w:val="19"/>
        </w:rPr>
        <w:t>☐ Use the customer’s preferred contact method</w:t>
      </w:r>
    </w:p>
    <w:p>
      <w:pPr>
        <w:spacing w:after="40"/>
        <w:ind w:left="72"/>
      </w:pPr>
      <w:r>
        <w:rPr>
          <w:sz w:val="19"/>
        </w:rPr>
        <w:t>☐ Do not offer compensation for a positive review</w:t>
      </w:r>
    </w:p>
    <w:p>
      <w:pPr>
        <w:spacing w:after="40"/>
        <w:ind w:left="72"/>
      </w:pPr>
      <w:r>
        <w:rPr>
          <w:sz w:val="19"/>
        </w:rPr>
        <w:t>☐ Make it easy to provide private feedback</w:t>
      </w:r>
    </w:p>
    <w:p>
      <w:pPr>
        <w:spacing w:after="40"/>
        <w:ind w:left="72"/>
      </w:pPr>
      <w:r>
        <w:rPr>
          <w:sz w:val="19"/>
        </w:rPr>
        <w:t>☐ Respond professionally to both positive and negative reviews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7777"/>
        <w:sz w:val="15"/>
      </w:rPr>
      <w:t>Allied Data Management Solutions | General business resource — review before use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