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8568"/>
      </w:tblGrid>
      <w:tr>
        <w:tc>
          <w:tcPr>
            <w:tcW w:type="dxa" w:w="5227"/>
            <w:shd w:fill="11131A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6B00"/>
                <w:sz w:val="40"/>
              </w:rPr>
              <w:t>ADMS</w:t>
            </w:r>
          </w:p>
        </w:tc>
        <w:tc>
          <w:tcPr>
            <w:tcW w:type="dxa" w:w="5227"/>
            <w:shd w:fill="11131A"/>
            <w:vAlign w:val="center"/>
          </w:tcPr>
          <w:p>
            <w:r>
              <w:rPr>
                <w:rFonts w:ascii="Arial" w:hAnsi="Arial"/>
                <w:b/>
                <w:color w:val="FFFFFF"/>
                <w:sz w:val="30"/>
              </w:rPr>
              <w:t>FIELD CLOSEOUT CHECKLIST</w:t>
            </w:r>
          </w:p>
          <w:p>
            <w:r>
              <w:rPr>
                <w:rFonts w:ascii="Arial" w:hAnsi="Arial"/>
                <w:color w:val="C7C3BD"/>
                <w:sz w:val="17"/>
              </w:rPr>
              <w:t>For complete, review-ready service and installation records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Customer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Job/site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Work order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Technician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Completion date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Customer contact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01 // WORK COMPLETED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Scope of work completed and final condition documented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Equipment identifiers, model numbers, and serial numbers recorded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Required readings, test results, and startup information recorded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Materials, parts, and quantities used recorded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Changes from original scope documented and authorized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02 // EVIDENCE AND SITE CONDITION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Before, during, and after photos attached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Deficiencies, damage, and recommendations documented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Work area cleaned and debris removed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Panels, covers, guards, and access points restored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Keys, badges, permits, and customer property returned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03 // CUSTOMER HANDOFF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System operation reviewed with customer or site contact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Warranty, maintenance, and follow-up information provided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Customer questions answered or routed for follow-up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Customer acknowledgment or signature collected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Office follow-up items clearly identified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04 // SIGNATURES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Customer/site contact signature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Technician signature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A665E"/>
        <w:sz w:val="14"/>
      </w:rPr>
      <w:t>ADMS ClearView Free Template | allieddms.com | Adapt this template to your business and applicable requirements.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